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6F09B" w14:textId="7BC4E139" w:rsidR="00922E07" w:rsidRPr="00922E07" w:rsidRDefault="00C00E0C" w:rsidP="000C66BA">
      <w:pPr>
        <w:pStyle w:val="Title"/>
        <w:rPr>
          <w:rFonts w:cstheme="majorHAnsi"/>
        </w:rPr>
      </w:pPr>
      <w:r w:rsidRPr="008263CA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FC9E84" wp14:editId="55015E3D">
                <wp:simplePos x="0" y="0"/>
                <wp:positionH relativeFrom="column">
                  <wp:posOffset>-550545</wp:posOffset>
                </wp:positionH>
                <wp:positionV relativeFrom="paragraph">
                  <wp:posOffset>3810</wp:posOffset>
                </wp:positionV>
                <wp:extent cx="1609725" cy="16954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697E" w14:textId="28F00593" w:rsidR="00B31D66" w:rsidRDefault="00CA1442">
                            <w:pPr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EC4EC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365F91" w:themeColor="accent1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B12A2A9" wp14:editId="5343EDDF">
                                  <wp:extent cx="1417955" cy="1542806"/>
                                  <wp:effectExtent l="0" t="0" r="0" b="635"/>
                                  <wp:docPr id="1182716512" name="Picture 4" descr="A close-up of a business ca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2716512" name="Picture 4" descr="A close-up of a business car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542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31C8E" w14:textId="62083FF2" w:rsidR="000C66BA" w:rsidRDefault="000C66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C9E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35pt;margin-top:.3pt;width:126.75pt;height:1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8UDQIAAPc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" stroked="f">
                <v:textbox>
                  <w:txbxContent>
                    <w:p w14:paraId="18EC697E" w14:textId="28F00593" w:rsidR="00B31D66" w:rsidRDefault="00CA1442">
                      <w:pPr>
                        <w:rPr>
                          <w:rFonts w:asciiTheme="majorHAnsi" w:eastAsiaTheme="majorEastAsia" w:hAnsiTheme="majorHAnsi" w:cstheme="majorBidi"/>
                          <w:noProof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EC4EC0"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color w:val="365F91" w:themeColor="accent1" w:themeShade="BF"/>
                          <w:sz w:val="32"/>
                          <w:szCs w:val="32"/>
                        </w:rPr>
                        <w:drawing>
                          <wp:inline distT="0" distB="0" distL="0" distR="0" wp14:anchorId="1B12A2A9" wp14:editId="5343EDDF">
                            <wp:extent cx="1417955" cy="1542806"/>
                            <wp:effectExtent l="0" t="0" r="0" b="635"/>
                            <wp:docPr id="1182716512" name="Picture 4" descr="A close-up of a business ca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2716512" name="Picture 4" descr="A close-up of a business car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542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31C8E" w14:textId="62083FF2" w:rsidR="000C66BA" w:rsidRDefault="000C66BA"/>
                  </w:txbxContent>
                </v:textbox>
                <w10:wrap type="square"/>
              </v:shape>
            </w:pict>
          </mc:Fallback>
        </mc:AlternateContent>
      </w:r>
      <w:r w:rsidR="00922E07" w:rsidRPr="008263CA">
        <w:rPr>
          <w:rFonts w:cstheme="majorHAnsi"/>
          <w:noProof/>
        </w:rPr>
        <w:drawing>
          <wp:inline distT="0" distB="0" distL="0" distR="0" wp14:anchorId="6147C4D4" wp14:editId="79C584EE">
            <wp:extent cx="4580776" cy="1828800"/>
            <wp:effectExtent l="171450" t="133350" r="125095" b="247650"/>
            <wp:docPr id="17749166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89" cy="18510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73A602C5" w14:textId="1C1D477B" w:rsidR="00D61A73" w:rsidRPr="008263CA" w:rsidRDefault="00000000" w:rsidP="00C00E0C">
      <w:pPr>
        <w:pStyle w:val="Title"/>
        <w:jc w:val="center"/>
        <w:rPr>
          <w:rFonts w:cstheme="majorHAnsi"/>
          <w:sz w:val="48"/>
          <w:szCs w:val="48"/>
        </w:rPr>
      </w:pPr>
      <w:r w:rsidRPr="008263CA">
        <w:rPr>
          <w:rFonts w:ascii="Segoe UI Emoji" w:hAnsi="Segoe UI Emoji" w:cs="Segoe UI Emoji"/>
          <w:sz w:val="48"/>
          <w:szCs w:val="48"/>
        </w:rPr>
        <w:t>🌟</w:t>
      </w:r>
      <w:r w:rsidRPr="008263CA">
        <w:rPr>
          <w:rFonts w:cstheme="majorHAnsi"/>
          <w:sz w:val="48"/>
          <w:szCs w:val="48"/>
        </w:rPr>
        <w:t xml:space="preserve"> Experience Alaska </w:t>
      </w:r>
      <w:r w:rsidRPr="008263CA">
        <w:rPr>
          <w:rFonts w:ascii="Segoe UI Emoji" w:hAnsi="Segoe UI Emoji" w:cs="Segoe UI Emoji"/>
          <w:sz w:val="48"/>
          <w:szCs w:val="48"/>
        </w:rPr>
        <w:t>🌟</w:t>
      </w:r>
    </w:p>
    <w:p w14:paraId="42C530C9" w14:textId="6D5027AA" w:rsidR="00D61A73" w:rsidRPr="008263CA" w:rsidRDefault="00000000" w:rsidP="00922E07">
      <w:pPr>
        <w:jc w:val="center"/>
        <w:rPr>
          <w:rFonts w:asciiTheme="majorHAnsi" w:hAnsiTheme="majorHAnsi" w:cstheme="majorHAnsi"/>
          <w:i/>
          <w:iCs/>
        </w:rPr>
      </w:pPr>
      <w:r w:rsidRPr="008263CA">
        <w:rPr>
          <w:rFonts w:asciiTheme="majorHAnsi" w:hAnsiTheme="majorHAnsi" w:cstheme="majorHAnsi"/>
          <w:b/>
          <w:bCs/>
          <w:sz w:val="32"/>
          <w:szCs w:val="32"/>
        </w:rPr>
        <w:t xml:space="preserve">7-Night Alaska Cruise | </w:t>
      </w:r>
      <w:r w:rsidRPr="007D6113">
        <w:rPr>
          <w:rFonts w:asciiTheme="majorHAnsi" w:hAnsiTheme="majorHAnsi" w:cstheme="majorHAnsi"/>
          <w:b/>
          <w:bCs/>
          <w:color w:val="215868" w:themeColor="accent5" w:themeShade="80"/>
          <w:sz w:val="40"/>
          <w:szCs w:val="40"/>
        </w:rPr>
        <w:t>August 22 – 30, 2026</w:t>
      </w:r>
      <w:r w:rsidRPr="007D6113">
        <w:rPr>
          <w:rFonts w:asciiTheme="majorHAnsi" w:hAnsiTheme="majorHAnsi" w:cstheme="majorHAnsi"/>
          <w:color w:val="215868" w:themeColor="accent5" w:themeShade="80"/>
          <w:sz w:val="40"/>
          <w:szCs w:val="40"/>
        </w:rPr>
        <w:br/>
      </w:r>
      <w:r w:rsidRPr="008263CA">
        <w:rPr>
          <w:rFonts w:asciiTheme="majorHAnsi" w:hAnsiTheme="majorHAnsi" w:cstheme="majorHAnsi"/>
          <w:i/>
          <w:iCs/>
        </w:rPr>
        <w:t>Onboard the spectacular Norwegian Encore</w:t>
      </w:r>
      <w:r w:rsidR="008263CA">
        <w:rPr>
          <w:rFonts w:asciiTheme="majorHAnsi" w:hAnsiTheme="majorHAnsi" w:cstheme="majorHAnsi"/>
          <w:i/>
          <w:iCs/>
        </w:rPr>
        <w:t>, Flights roundtrip EWR to Seattle, Hotel stay 1 night</w:t>
      </w:r>
      <w:r w:rsidR="00993BEE">
        <w:rPr>
          <w:rFonts w:asciiTheme="majorHAnsi" w:hAnsiTheme="majorHAnsi" w:cstheme="majorHAnsi"/>
          <w:i/>
          <w:iCs/>
        </w:rPr>
        <w:t xml:space="preserve"> pre-cruise</w:t>
      </w:r>
    </w:p>
    <w:p w14:paraId="5FEA95AB" w14:textId="6A42E12B" w:rsidR="00793E92" w:rsidRPr="00C00E0C" w:rsidRDefault="00000000" w:rsidP="00793E92">
      <w:pPr>
        <w:spacing w:before="120" w:after="12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</w:pPr>
      <w:r w:rsidRPr="00C00E0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Inside Category IB: $4,400 per person</w:t>
      </w:r>
      <w:r w:rsidR="00922E07" w:rsidRPr="00C00E0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922E07" w:rsidRPr="00C00E0C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(double occupancy)</w:t>
      </w:r>
      <w:r w:rsidR="008263CA" w:rsidRPr="00C00E0C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21ED542E" w14:textId="0621CDCF" w:rsidR="00D61A73" w:rsidRPr="00C00E0C" w:rsidRDefault="00B31A07" w:rsidP="008263CA">
      <w:pPr>
        <w:spacing w:before="120" w:after="240" w:line="24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Ocean </w:t>
      </w:r>
      <w:r w:rsidRPr="00C00E0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Balcony Category BB: $5,200 per person</w:t>
      </w:r>
      <w:r w:rsidR="00922E07" w:rsidRPr="00C00E0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922E07" w:rsidRPr="00C00E0C"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(double occupancy)</w:t>
      </w:r>
    </w:p>
    <w:p w14:paraId="28C3354A" w14:textId="0903174F" w:rsidR="00D61A73" w:rsidRPr="008263CA" w:rsidRDefault="00000000" w:rsidP="008263CA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b/>
          <w:color w:val="003399"/>
          <w:sz w:val="24"/>
          <w:szCs w:val="24"/>
        </w:rPr>
        <w:t>💳</w:t>
      </w:r>
      <w:r w:rsidRPr="008263CA">
        <w:rPr>
          <w:rFonts w:asciiTheme="majorHAnsi" w:hAnsiTheme="majorHAnsi" w:cstheme="majorHAnsi"/>
          <w:b/>
          <w:color w:val="003399"/>
          <w:sz w:val="24"/>
          <w:szCs w:val="24"/>
        </w:rPr>
        <w:t xml:space="preserve"> $250 deposit to secure your spot</w:t>
      </w:r>
      <w:r w:rsidR="0075263B">
        <w:rPr>
          <w:rFonts w:asciiTheme="majorHAnsi" w:hAnsiTheme="majorHAnsi" w:cstheme="majorHAnsi"/>
          <w:b/>
          <w:color w:val="003399"/>
          <w:sz w:val="24"/>
          <w:szCs w:val="24"/>
        </w:rPr>
        <w:t xml:space="preserve"> and price</w:t>
      </w:r>
      <w:r w:rsidRPr="008263CA">
        <w:rPr>
          <w:rFonts w:asciiTheme="majorHAnsi" w:hAnsiTheme="majorHAnsi" w:cstheme="majorHAnsi"/>
          <w:b/>
          <w:color w:val="003399"/>
          <w:sz w:val="24"/>
          <w:szCs w:val="24"/>
        </w:rPr>
        <w:t xml:space="preserve"> due by February 15, 2026.</w:t>
      </w:r>
    </w:p>
    <w:p w14:paraId="63E023C9" w14:textId="4EB449BB" w:rsidR="00D61A73" w:rsidRPr="008263CA" w:rsidRDefault="00000000" w:rsidP="008263CA">
      <w:pPr>
        <w:spacing w:after="0" w:line="240" w:lineRule="auto"/>
        <w:jc w:val="center"/>
        <w:rPr>
          <w:rFonts w:asciiTheme="majorHAnsi" w:hAnsiTheme="majorHAnsi" w:cstheme="majorHAnsi"/>
          <w:b/>
          <w:color w:val="003399"/>
          <w:sz w:val="24"/>
          <w:szCs w:val="24"/>
        </w:rPr>
      </w:pPr>
      <w:r w:rsidRPr="008263CA">
        <w:rPr>
          <w:rFonts w:ascii="Segoe UI Emoji" w:hAnsi="Segoe UI Emoji" w:cs="Segoe UI Emoji"/>
          <w:b/>
          <w:color w:val="003399"/>
          <w:sz w:val="24"/>
          <w:szCs w:val="24"/>
        </w:rPr>
        <w:t>✅</w:t>
      </w:r>
      <w:r w:rsidRPr="008263CA">
        <w:rPr>
          <w:rFonts w:asciiTheme="majorHAnsi" w:hAnsiTheme="majorHAnsi" w:cstheme="majorHAnsi"/>
          <w:b/>
          <w:color w:val="003399"/>
          <w:sz w:val="24"/>
          <w:szCs w:val="24"/>
        </w:rPr>
        <w:t xml:space="preserve"> Final payment due April 1, 2026.</w:t>
      </w:r>
    </w:p>
    <w:p w14:paraId="4C2FB455" w14:textId="68AF2402" w:rsidR="00922E07" w:rsidRPr="008263CA" w:rsidRDefault="00922E07" w:rsidP="00922E07">
      <w:pPr>
        <w:spacing w:after="0" w:line="240" w:lineRule="auto"/>
        <w:rPr>
          <w:rFonts w:asciiTheme="majorHAnsi" w:hAnsiTheme="majorHAnsi" w:cstheme="majorHAnsi"/>
        </w:rPr>
      </w:pPr>
    </w:p>
    <w:p w14:paraId="28C9AFEF" w14:textId="5D79429B" w:rsidR="00D61A73" w:rsidRPr="008263CA" w:rsidRDefault="00000000">
      <w:pPr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Theme="majorHAnsi" w:hAnsiTheme="majorHAnsi" w:cstheme="majorHAnsi"/>
          <w:sz w:val="24"/>
          <w:szCs w:val="24"/>
        </w:rPr>
        <w:t>Escape into breathtaking fjords, glaciers, and charming port towns on this unforgettable journey through Alaska. From wildlife encounters to world-class dining and entertainment onboard, every moment is designed to wow you.</w:t>
      </w:r>
    </w:p>
    <w:p w14:paraId="5C6F3C77" w14:textId="70E11EAA" w:rsidR="00D61A73" w:rsidRPr="008263CA" w:rsidRDefault="00000000" w:rsidP="008263CA">
      <w:pPr>
        <w:pStyle w:val="Heading1"/>
        <w:spacing w:after="120"/>
        <w:rPr>
          <w:rFonts w:cstheme="majorHAnsi"/>
        </w:rPr>
      </w:pPr>
      <w:r w:rsidRPr="008263CA">
        <w:rPr>
          <w:rFonts w:cstheme="majorHAnsi"/>
        </w:rPr>
        <w:t>What’s Included:</w:t>
      </w:r>
    </w:p>
    <w:p w14:paraId="326F7680" w14:textId="33CEDDFF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✈️</w:t>
      </w:r>
      <w:r w:rsidRPr="008263CA">
        <w:rPr>
          <w:rFonts w:asciiTheme="majorHAnsi" w:hAnsiTheme="majorHAnsi" w:cstheme="majorHAnsi"/>
          <w:sz w:val="24"/>
          <w:szCs w:val="24"/>
        </w:rPr>
        <w:t xml:space="preserve"> Round-trip flight from Newark to Seattle</w:t>
      </w:r>
      <w:r w:rsidR="008263CA">
        <w:rPr>
          <w:rFonts w:asciiTheme="majorHAnsi" w:hAnsiTheme="majorHAnsi" w:cstheme="majorHAnsi"/>
          <w:sz w:val="24"/>
          <w:szCs w:val="24"/>
        </w:rPr>
        <w:t xml:space="preserve"> leaving August 22</w:t>
      </w:r>
    </w:p>
    <w:p w14:paraId="7921DB19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🛎️</w:t>
      </w:r>
      <w:r w:rsidRPr="008263CA">
        <w:rPr>
          <w:rFonts w:asciiTheme="majorHAnsi" w:hAnsiTheme="majorHAnsi" w:cstheme="majorHAnsi"/>
          <w:sz w:val="24"/>
          <w:szCs w:val="24"/>
        </w:rPr>
        <w:t xml:space="preserve"> 1-night pre-cruise hotel stay in Seattle</w:t>
      </w:r>
    </w:p>
    <w:p w14:paraId="22DF3CAE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🚢</w:t>
      </w:r>
      <w:r w:rsidRPr="008263CA">
        <w:rPr>
          <w:rFonts w:asciiTheme="majorHAnsi" w:hAnsiTheme="majorHAnsi" w:cstheme="majorHAnsi"/>
          <w:sz w:val="24"/>
          <w:szCs w:val="24"/>
        </w:rPr>
        <w:t xml:space="preserve"> 7-night cruise aboard the Norwegian Encore</w:t>
      </w:r>
    </w:p>
    <w:p w14:paraId="69279695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🍽️</w:t>
      </w:r>
      <w:r w:rsidRPr="008263CA">
        <w:rPr>
          <w:rFonts w:asciiTheme="majorHAnsi" w:hAnsiTheme="majorHAnsi" w:cstheme="majorHAnsi"/>
          <w:sz w:val="24"/>
          <w:szCs w:val="24"/>
        </w:rPr>
        <w:t xml:space="preserve"> All meals onboard, plus morning &amp; afternoon snacks</w:t>
      </w:r>
    </w:p>
    <w:p w14:paraId="2EC8B4E3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🎭</w:t>
      </w:r>
      <w:r w:rsidRPr="008263CA">
        <w:rPr>
          <w:rFonts w:asciiTheme="majorHAnsi" w:hAnsiTheme="majorHAnsi" w:cstheme="majorHAnsi"/>
          <w:sz w:val="24"/>
          <w:szCs w:val="24"/>
        </w:rPr>
        <w:t xml:space="preserve"> Broadway-style shows, live music &amp; entertainment</w:t>
      </w:r>
    </w:p>
    <w:p w14:paraId="64D02B60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🏊</w:t>
      </w:r>
      <w:r w:rsidRPr="008263CA">
        <w:rPr>
          <w:rFonts w:asciiTheme="majorHAnsi" w:hAnsiTheme="majorHAnsi" w:cstheme="majorHAnsi"/>
          <w:sz w:val="24"/>
          <w:szCs w:val="24"/>
        </w:rPr>
        <w:t xml:space="preserve"> Swimming pools &amp; sporting activities</w:t>
      </w:r>
    </w:p>
    <w:p w14:paraId="211CE395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🎲</w:t>
      </w:r>
      <w:r w:rsidRPr="008263CA">
        <w:rPr>
          <w:rFonts w:asciiTheme="majorHAnsi" w:hAnsiTheme="majorHAnsi" w:cstheme="majorHAnsi"/>
          <w:sz w:val="24"/>
          <w:szCs w:val="24"/>
        </w:rPr>
        <w:t xml:space="preserve"> Las Vegas-style casino</w:t>
      </w:r>
    </w:p>
    <w:p w14:paraId="6C539F92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🏋️</w:t>
      </w:r>
      <w:r w:rsidRPr="008263CA">
        <w:rPr>
          <w:rFonts w:asciiTheme="majorHAnsi" w:hAnsiTheme="majorHAnsi" w:cstheme="majorHAnsi"/>
          <w:sz w:val="24"/>
          <w:szCs w:val="24"/>
        </w:rPr>
        <w:t xml:space="preserve"> Health &amp; fitness center</w:t>
      </w:r>
    </w:p>
    <w:p w14:paraId="5F1D9913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🛏️</w:t>
      </w:r>
      <w:r w:rsidRPr="008263CA">
        <w:rPr>
          <w:rFonts w:asciiTheme="majorHAnsi" w:hAnsiTheme="majorHAnsi" w:cstheme="majorHAnsi"/>
          <w:sz w:val="24"/>
          <w:szCs w:val="24"/>
        </w:rPr>
        <w:t xml:space="preserve"> Cabin steward service &amp; 24-hour amenities</w:t>
      </w:r>
    </w:p>
    <w:p w14:paraId="0D86639E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🌄</w:t>
      </w:r>
      <w:r w:rsidRPr="008263CA">
        <w:rPr>
          <w:rFonts w:asciiTheme="majorHAnsi" w:hAnsiTheme="majorHAnsi" w:cstheme="majorHAnsi"/>
          <w:sz w:val="24"/>
          <w:szCs w:val="24"/>
        </w:rPr>
        <w:t xml:space="preserve"> Scenic cruising through Glacier Bay</w:t>
      </w:r>
    </w:p>
    <w:p w14:paraId="77A86595" w14:textId="77777777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✅</w:t>
      </w:r>
      <w:r w:rsidRPr="008263CA">
        <w:rPr>
          <w:rFonts w:asciiTheme="majorHAnsi" w:hAnsiTheme="majorHAnsi" w:cstheme="majorHAnsi"/>
          <w:sz w:val="24"/>
          <w:szCs w:val="24"/>
        </w:rPr>
        <w:t xml:space="preserve"> Choice of 2 amenity options (see registration form)</w:t>
      </w:r>
    </w:p>
    <w:p w14:paraId="124E0662" w14:textId="1B2DC388" w:rsidR="00D61A73" w:rsidRPr="008263CA" w:rsidRDefault="00000000">
      <w:pPr>
        <w:pStyle w:val="ListBullet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="Segoe UI Emoji" w:hAnsi="Segoe UI Emoji" w:cs="Segoe UI Emoji"/>
          <w:sz w:val="24"/>
          <w:szCs w:val="24"/>
        </w:rPr>
        <w:t>💵</w:t>
      </w:r>
      <w:r w:rsidRPr="008263CA">
        <w:rPr>
          <w:rFonts w:asciiTheme="majorHAnsi" w:hAnsiTheme="majorHAnsi" w:cstheme="majorHAnsi"/>
          <w:sz w:val="24"/>
          <w:szCs w:val="24"/>
        </w:rPr>
        <w:t xml:space="preserve"> Port taxes </w:t>
      </w:r>
    </w:p>
    <w:p w14:paraId="56579DD0" w14:textId="77777777" w:rsidR="00D61A73" w:rsidRPr="008263CA" w:rsidRDefault="00000000">
      <w:pPr>
        <w:pStyle w:val="Heading1"/>
        <w:rPr>
          <w:rFonts w:cstheme="majorHAnsi"/>
        </w:rPr>
      </w:pPr>
      <w:r w:rsidRPr="008263CA">
        <w:rPr>
          <w:rFonts w:cstheme="majorHAnsi"/>
        </w:rPr>
        <w:lastRenderedPageBreak/>
        <w:t>Ports of Call &amp; Times: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8640"/>
      </w:tblGrid>
      <w:tr w:rsidR="00922E07" w:rsidRPr="008263CA" w14:paraId="235F8AFE" w14:textId="77777777" w:rsidTr="00D61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</w:tcPr>
          <w:p w14:paraId="7A4E27F3" w14:textId="2E90AAED" w:rsidR="00D61A73" w:rsidRPr="008263CA" w:rsidRDefault="0000000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Sun, Aug 23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Seattle: Depart 4:00 pm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 xml:space="preserve">Mon, Aug 24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At Sea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 xml:space="preserve">Tue, Aug 25 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Juneau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: </w:t>
            </w:r>
            <w:r w:rsidR="008263C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>Arrive 2:30 pm | Depart 10:00 pm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>Wed, Aug 26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Skagway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>:</w:t>
            </w:r>
            <w:r w:rsidR="008263C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 Arrive 6:00 am | Depart 8:00 pm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 xml:space="preserve">Thu, Aug 27 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Cruising Glacier Bay</w:t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br/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Fri, Aug 28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Ketchikan (Ward Cove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): </w:t>
            </w:r>
            <w:r w:rsidR="008263C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>Arrive 7:00 am | Depart 1:15 pm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 xml:space="preserve">Sat, Aug 29 </w:t>
            </w:r>
            <w:r w:rsidR="000C66B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Victoria, BC, Canada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: Arrive </w:t>
            </w:r>
            <w:r w:rsidR="008263CA"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>8:00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t xml:space="preserve"> pm | Depart 11:59 pm</w:t>
            </w:r>
            <w:r w:rsidRPr="008263CA"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4"/>
                <w:szCs w:val="24"/>
              </w:rPr>
              <w:br/>
              <w:t>Sun, Aug 30</w:t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 </w:t>
            </w:r>
            <w:r w:rsidR="008263CA"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Pr="008263C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Seattle: Arrive 7:00 am</w:t>
            </w:r>
          </w:p>
        </w:tc>
      </w:tr>
    </w:tbl>
    <w:p w14:paraId="2363F38A" w14:textId="5BC35621" w:rsidR="00D61A73" w:rsidRPr="00993BEE" w:rsidRDefault="00000000">
      <w:pPr>
        <w:pStyle w:val="Heading1"/>
        <w:rPr>
          <w:rFonts w:cstheme="majorHAnsi"/>
          <w:sz w:val="32"/>
          <w:szCs w:val="32"/>
        </w:rPr>
      </w:pPr>
      <w:r w:rsidRPr="00993BEE">
        <w:rPr>
          <w:rFonts w:cstheme="majorHAnsi"/>
          <w:sz w:val="32"/>
          <w:szCs w:val="32"/>
        </w:rPr>
        <w:t>How to Reserve Your Spot</w:t>
      </w:r>
      <w:r w:rsidR="00C53550" w:rsidRPr="00993BEE">
        <w:rPr>
          <w:rFonts w:cstheme="majorHAnsi"/>
          <w:sz w:val="32"/>
          <w:szCs w:val="32"/>
        </w:rPr>
        <w:t xml:space="preserve"> </w:t>
      </w:r>
    </w:p>
    <w:p w14:paraId="055C053F" w14:textId="61334EB4" w:rsidR="00EE2A96" w:rsidRDefault="00000000" w:rsidP="00793E9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8263CA">
        <w:rPr>
          <w:rFonts w:asciiTheme="majorHAnsi" w:hAnsiTheme="majorHAnsi" w:cstheme="majorHAnsi"/>
        </w:rPr>
        <w:br/>
      </w:r>
      <w:r w:rsidRPr="00D27F8A">
        <w:rPr>
          <w:rFonts w:asciiTheme="majorHAnsi" w:hAnsiTheme="majorHAnsi" w:cstheme="majorHAnsi"/>
          <w:b/>
          <w:bCs/>
          <w:sz w:val="24"/>
          <w:szCs w:val="24"/>
        </w:rPr>
        <w:t>1. Call B</w:t>
      </w:r>
      <w:r w:rsidR="00922E07" w:rsidRPr="00D27F8A">
        <w:rPr>
          <w:rFonts w:asciiTheme="majorHAnsi" w:hAnsiTheme="majorHAnsi" w:cstheme="majorHAnsi"/>
          <w:b/>
          <w:bCs/>
          <w:sz w:val="24"/>
          <w:szCs w:val="24"/>
        </w:rPr>
        <w:t>OVE</w:t>
      </w:r>
      <w:r w:rsidRPr="00B31D66">
        <w:rPr>
          <w:rFonts w:asciiTheme="majorHAnsi" w:hAnsiTheme="majorHAnsi" w:cstheme="majorHAnsi"/>
          <w:sz w:val="24"/>
          <w:szCs w:val="24"/>
        </w:rPr>
        <w:t xml:space="preserve"> </w:t>
      </w:r>
      <w:r w:rsidRPr="00000483">
        <w:rPr>
          <w:rFonts w:asciiTheme="majorHAnsi" w:hAnsiTheme="majorHAnsi" w:cstheme="majorHAnsi"/>
          <w:b/>
          <w:bCs/>
          <w:sz w:val="24"/>
          <w:szCs w:val="24"/>
        </w:rPr>
        <w:t>Travel first</w:t>
      </w:r>
      <w:r w:rsidRPr="00B31D66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B31D66">
        <w:rPr>
          <w:rFonts w:ascii="Segoe UI Emoji" w:hAnsi="Segoe UI Emoji" w:cs="Segoe UI Emoji"/>
          <w:sz w:val="24"/>
          <w:szCs w:val="24"/>
        </w:rPr>
        <w:t>📞</w:t>
      </w:r>
      <w:r w:rsidR="00922E07" w:rsidRPr="00B31D66">
        <w:rPr>
          <w:rFonts w:asciiTheme="majorHAnsi" w:hAnsiTheme="majorHAnsi" w:cstheme="majorHAnsi"/>
          <w:sz w:val="24"/>
          <w:szCs w:val="24"/>
        </w:rPr>
        <w:t xml:space="preserve">  718</w:t>
      </w:r>
      <w:proofErr w:type="gramEnd"/>
      <w:r w:rsidR="00922E07" w:rsidRPr="00B31D66">
        <w:rPr>
          <w:rFonts w:asciiTheme="majorHAnsi" w:hAnsiTheme="majorHAnsi" w:cstheme="majorHAnsi"/>
          <w:sz w:val="24"/>
          <w:szCs w:val="24"/>
        </w:rPr>
        <w:t xml:space="preserve">-680-3333 or Michelle </w:t>
      </w:r>
      <w:r w:rsidR="00C00E0C">
        <w:rPr>
          <w:rFonts w:asciiTheme="majorHAnsi" w:hAnsiTheme="majorHAnsi" w:cstheme="majorHAnsi"/>
          <w:sz w:val="24"/>
          <w:szCs w:val="24"/>
        </w:rPr>
        <w:t xml:space="preserve">Bove </w:t>
      </w:r>
      <w:r w:rsidR="00922E07" w:rsidRPr="00B31D66">
        <w:rPr>
          <w:rFonts w:asciiTheme="majorHAnsi" w:hAnsiTheme="majorHAnsi" w:cstheme="majorHAnsi"/>
          <w:sz w:val="24"/>
          <w:szCs w:val="24"/>
        </w:rPr>
        <w:t>at 917-859-9995</w:t>
      </w:r>
      <w:r w:rsidRPr="00B31D66">
        <w:rPr>
          <w:rFonts w:asciiTheme="majorHAnsi" w:hAnsiTheme="majorHAnsi" w:cstheme="majorHAnsi"/>
          <w:sz w:val="24"/>
          <w:szCs w:val="24"/>
        </w:rPr>
        <w:br/>
        <w:t xml:space="preserve">   • Let us know you’re joining</w:t>
      </w:r>
      <w:r w:rsidR="00CA1442">
        <w:rPr>
          <w:rFonts w:asciiTheme="majorHAnsi" w:hAnsiTheme="majorHAnsi" w:cstheme="majorHAnsi"/>
          <w:sz w:val="24"/>
          <w:szCs w:val="24"/>
        </w:rPr>
        <w:t xml:space="preserve">, </w:t>
      </w:r>
      <w:r w:rsidR="00EE2A96">
        <w:rPr>
          <w:rFonts w:asciiTheme="majorHAnsi" w:hAnsiTheme="majorHAnsi" w:cstheme="majorHAnsi"/>
          <w:sz w:val="24"/>
          <w:szCs w:val="24"/>
        </w:rPr>
        <w:t xml:space="preserve">send us your deposit, </w:t>
      </w:r>
      <w:r w:rsidR="00CA1442">
        <w:rPr>
          <w:rFonts w:asciiTheme="majorHAnsi" w:hAnsiTheme="majorHAnsi" w:cstheme="majorHAnsi"/>
          <w:sz w:val="24"/>
          <w:szCs w:val="24"/>
        </w:rPr>
        <w:t>complete your registration form</w:t>
      </w:r>
    </w:p>
    <w:p w14:paraId="33EE0773" w14:textId="40F15523" w:rsidR="00964D8D" w:rsidRDefault="00CA1442" w:rsidP="00EE2A96">
      <w:pPr>
        <w:spacing w:after="0"/>
        <w:ind w:firstLine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BB7425">
        <w:rPr>
          <w:rFonts w:asciiTheme="majorHAnsi" w:hAnsiTheme="majorHAnsi" w:cstheme="majorHAnsi"/>
          <w:sz w:val="24"/>
          <w:szCs w:val="24"/>
        </w:rPr>
        <w:t>with</w:t>
      </w:r>
      <w:r>
        <w:rPr>
          <w:rFonts w:asciiTheme="majorHAnsi" w:hAnsiTheme="majorHAnsi" w:cstheme="majorHAnsi"/>
          <w:sz w:val="24"/>
          <w:szCs w:val="24"/>
        </w:rPr>
        <w:t xml:space="preserve"> copy of passport</w:t>
      </w:r>
    </w:p>
    <w:p w14:paraId="066ECD7F" w14:textId="080FF218" w:rsidR="00D14F6A" w:rsidRPr="00000483" w:rsidRDefault="00964D8D" w:rsidP="00964D8D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</w:t>
      </w:r>
      <w:r w:rsidRPr="00B31D66">
        <w:rPr>
          <w:rFonts w:asciiTheme="majorHAnsi" w:hAnsiTheme="majorHAnsi" w:cstheme="majorHAnsi"/>
          <w:sz w:val="24"/>
          <w:szCs w:val="24"/>
        </w:rPr>
        <w:t>•</w:t>
      </w:r>
      <w:r>
        <w:rPr>
          <w:rFonts w:asciiTheme="majorHAnsi" w:hAnsiTheme="majorHAnsi" w:cstheme="majorHAnsi"/>
          <w:sz w:val="24"/>
          <w:szCs w:val="24"/>
        </w:rPr>
        <w:t xml:space="preserve"> Mail Checks/Payable to Bove Travel, 6502 11</w:t>
      </w:r>
      <w:r w:rsidRPr="00964D8D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sz w:val="24"/>
          <w:szCs w:val="24"/>
        </w:rPr>
        <w:t xml:space="preserve"> Avenue, Brooklyn, NY 11219</w:t>
      </w:r>
      <w:r w:rsidRPr="00B31D66">
        <w:rPr>
          <w:rFonts w:asciiTheme="majorHAnsi" w:hAnsiTheme="majorHAnsi" w:cstheme="majorHAnsi"/>
          <w:sz w:val="24"/>
          <w:szCs w:val="24"/>
        </w:rPr>
        <w:br/>
      </w:r>
      <w:r w:rsidRPr="00B31D66">
        <w:rPr>
          <w:rFonts w:asciiTheme="majorHAnsi" w:hAnsiTheme="majorHAnsi" w:cstheme="majorHAnsi"/>
          <w:sz w:val="24"/>
          <w:szCs w:val="24"/>
        </w:rPr>
        <w:br/>
      </w:r>
      <w:r w:rsidRPr="00000483">
        <w:rPr>
          <w:rFonts w:asciiTheme="majorHAnsi" w:hAnsiTheme="majorHAnsi" w:cstheme="majorHAnsi"/>
          <w:b/>
          <w:bCs/>
          <w:sz w:val="24"/>
          <w:szCs w:val="24"/>
        </w:rPr>
        <w:t xml:space="preserve">2. </w:t>
      </w:r>
      <w:r w:rsidR="00D14F6A" w:rsidRPr="00000483">
        <w:rPr>
          <w:rFonts w:asciiTheme="majorHAnsi" w:hAnsiTheme="majorHAnsi" w:cstheme="majorHAnsi"/>
          <w:b/>
          <w:bCs/>
          <w:sz w:val="24"/>
          <w:szCs w:val="24"/>
        </w:rPr>
        <w:t xml:space="preserve">Credit Card </w:t>
      </w:r>
      <w:r w:rsidR="00D27F8A" w:rsidRPr="00000483">
        <w:rPr>
          <w:rFonts w:asciiTheme="majorHAnsi" w:hAnsiTheme="majorHAnsi" w:cstheme="majorHAnsi"/>
          <w:b/>
          <w:bCs/>
          <w:sz w:val="24"/>
          <w:szCs w:val="24"/>
        </w:rPr>
        <w:t xml:space="preserve">accepted </w:t>
      </w:r>
      <w:r w:rsidR="00EE2A96" w:rsidRPr="00000483">
        <w:rPr>
          <w:rFonts w:asciiTheme="majorHAnsi" w:hAnsiTheme="majorHAnsi" w:cstheme="majorHAnsi"/>
          <w:b/>
          <w:bCs/>
          <w:sz w:val="24"/>
          <w:szCs w:val="24"/>
        </w:rPr>
        <w:t xml:space="preserve">for final </w:t>
      </w:r>
      <w:r w:rsidR="00D14F6A" w:rsidRPr="00000483">
        <w:rPr>
          <w:rFonts w:asciiTheme="majorHAnsi" w:hAnsiTheme="majorHAnsi" w:cstheme="majorHAnsi"/>
          <w:b/>
          <w:bCs/>
          <w:sz w:val="24"/>
          <w:szCs w:val="24"/>
        </w:rPr>
        <w:t xml:space="preserve">payment (NO FEE) and online support </w:t>
      </w:r>
    </w:p>
    <w:p w14:paraId="483ACA77" w14:textId="0D21ACE6" w:rsidR="00793E92" w:rsidRPr="00B31D66" w:rsidRDefault="00D14F6A" w:rsidP="00D27F8A">
      <w:pPr>
        <w:spacing w:after="0"/>
        <w:rPr>
          <w:rFonts w:asciiTheme="majorHAnsi" w:hAnsiTheme="majorHAnsi" w:cstheme="majorHAnsi"/>
          <w:sz w:val="24"/>
          <w:szCs w:val="24"/>
        </w:rPr>
      </w:pPr>
      <w:r w:rsidRPr="00B31D66">
        <w:rPr>
          <w:rFonts w:asciiTheme="majorHAnsi" w:hAnsiTheme="majorHAnsi" w:cstheme="majorHAnsi"/>
          <w:sz w:val="24"/>
          <w:szCs w:val="24"/>
        </w:rPr>
        <w:t>•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EE2A96">
        <w:rPr>
          <w:rFonts w:asciiTheme="majorHAnsi" w:hAnsiTheme="majorHAnsi" w:cstheme="majorHAnsi"/>
          <w:sz w:val="24"/>
          <w:szCs w:val="24"/>
        </w:rPr>
        <w:t xml:space="preserve">Call </w:t>
      </w:r>
      <w:r w:rsidR="00793E92" w:rsidRPr="00B31D66">
        <w:rPr>
          <w:rFonts w:asciiTheme="majorHAnsi" w:hAnsiTheme="majorHAnsi" w:cstheme="majorHAnsi"/>
          <w:sz w:val="24"/>
          <w:szCs w:val="24"/>
        </w:rPr>
        <w:t>our</w:t>
      </w:r>
      <w:r w:rsidR="00D27F8A">
        <w:rPr>
          <w:rFonts w:asciiTheme="majorHAnsi" w:hAnsiTheme="majorHAnsi" w:cstheme="majorHAnsi"/>
          <w:sz w:val="24"/>
          <w:szCs w:val="24"/>
        </w:rPr>
        <w:t xml:space="preserve"> </w:t>
      </w:r>
      <w:r w:rsidR="00793E92" w:rsidRPr="00B31D66">
        <w:rPr>
          <w:rFonts w:asciiTheme="majorHAnsi" w:hAnsiTheme="majorHAnsi" w:cstheme="majorHAnsi"/>
          <w:sz w:val="24"/>
          <w:szCs w:val="24"/>
        </w:rPr>
        <w:t xml:space="preserve">Tour Company </w:t>
      </w:r>
      <w:r w:rsidR="00793E92" w:rsidRPr="00B31D66">
        <w:rPr>
          <w:rFonts w:asciiTheme="majorHAnsi" w:hAnsiTheme="majorHAnsi" w:cstheme="majorHAnsi"/>
          <w:i/>
          <w:iCs/>
          <w:sz w:val="24"/>
          <w:szCs w:val="24"/>
        </w:rPr>
        <w:t>(</w:t>
      </w:r>
      <w:r w:rsidR="00964D8D" w:rsidRPr="00B31D66">
        <w:rPr>
          <w:rFonts w:asciiTheme="majorHAnsi" w:hAnsiTheme="majorHAnsi" w:cstheme="majorHAnsi"/>
          <w:i/>
          <w:iCs/>
          <w:sz w:val="24"/>
          <w:szCs w:val="24"/>
        </w:rPr>
        <w:t>White Star Tours</w:t>
      </w:r>
      <w:r w:rsidR="00793E92" w:rsidRPr="00B31D66">
        <w:rPr>
          <w:rFonts w:asciiTheme="majorHAnsi" w:hAnsiTheme="majorHAnsi" w:cstheme="majorHAnsi"/>
          <w:i/>
          <w:iCs/>
          <w:sz w:val="24"/>
          <w:szCs w:val="24"/>
        </w:rPr>
        <w:t>)</w:t>
      </w:r>
      <w:r w:rsidR="00D27F8A">
        <w:rPr>
          <w:rFonts w:asciiTheme="majorHAnsi" w:hAnsiTheme="majorHAnsi" w:cstheme="majorHAnsi"/>
          <w:i/>
          <w:iCs/>
          <w:sz w:val="24"/>
          <w:szCs w:val="24"/>
        </w:rPr>
        <w:t xml:space="preserve"> and speak to Debbie</w:t>
      </w:r>
      <w:r w:rsidR="00964D8D" w:rsidRPr="00B31D66">
        <w:rPr>
          <w:rFonts w:asciiTheme="majorHAnsi" w:hAnsiTheme="majorHAnsi" w:cstheme="majorHAnsi"/>
          <w:sz w:val="24"/>
          <w:szCs w:val="24"/>
        </w:rPr>
        <w:t xml:space="preserve"> at 1-800-437-2323</w:t>
      </w:r>
      <w:r w:rsidR="00922E07" w:rsidRPr="00B31D66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79D128C" w14:textId="63091D2B" w:rsidR="00CA1442" w:rsidRPr="008263CA" w:rsidRDefault="00C53550" w:rsidP="00793E92">
      <w:pPr>
        <w:spacing w:after="0"/>
        <w:rPr>
          <w:rFonts w:asciiTheme="majorHAnsi" w:hAnsiTheme="majorHAnsi" w:cstheme="majorHAnsi"/>
        </w:rPr>
      </w:pPr>
      <w:r w:rsidRPr="00B31D66">
        <w:rPr>
          <w:rFonts w:asciiTheme="majorHAnsi" w:hAnsiTheme="majorHAnsi" w:cstheme="majorHAnsi"/>
          <w:sz w:val="24"/>
          <w:szCs w:val="24"/>
        </w:rPr>
        <w:t xml:space="preserve">   • Be sure to mention B</w:t>
      </w:r>
      <w:r w:rsidR="00922E07" w:rsidRPr="00B31D66">
        <w:rPr>
          <w:rFonts w:asciiTheme="majorHAnsi" w:hAnsiTheme="majorHAnsi" w:cstheme="majorHAnsi"/>
          <w:sz w:val="24"/>
          <w:szCs w:val="24"/>
        </w:rPr>
        <w:t>OVE</w:t>
      </w:r>
      <w:r w:rsidRPr="00B31D66">
        <w:rPr>
          <w:rFonts w:asciiTheme="majorHAnsi" w:hAnsiTheme="majorHAnsi" w:cstheme="majorHAnsi"/>
          <w:sz w:val="24"/>
          <w:szCs w:val="24"/>
        </w:rPr>
        <w:t xml:space="preserve"> Travel Alaska Cruise, Aug 22–30, 2026</w:t>
      </w:r>
      <w:r w:rsidR="00CA1442" w:rsidRPr="00B31D66">
        <w:rPr>
          <w:rFonts w:asciiTheme="majorHAnsi" w:hAnsiTheme="majorHAnsi" w:cstheme="majorHAnsi"/>
          <w:sz w:val="24"/>
          <w:szCs w:val="24"/>
        </w:rPr>
        <w:t xml:space="preserve">   </w:t>
      </w:r>
    </w:p>
    <w:p w14:paraId="4CBECC81" w14:textId="77777777" w:rsidR="00D61A73" w:rsidRPr="008263CA" w:rsidRDefault="00000000">
      <w:pPr>
        <w:pStyle w:val="Heading1"/>
        <w:rPr>
          <w:rFonts w:cstheme="majorHAnsi"/>
        </w:rPr>
      </w:pPr>
      <w:r w:rsidRPr="008263CA">
        <w:rPr>
          <w:rFonts w:cstheme="majorHAnsi"/>
        </w:rPr>
        <w:t>Final Notes</w:t>
      </w:r>
    </w:p>
    <w:p w14:paraId="59C6BBDC" w14:textId="1FC60B73" w:rsidR="00793E92" w:rsidRPr="00D27F8A" w:rsidRDefault="00793E92" w:rsidP="00CA1442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27F8A">
        <w:rPr>
          <w:rFonts w:asciiTheme="majorHAnsi" w:hAnsiTheme="majorHAnsi" w:cstheme="majorHAnsi"/>
          <w:sz w:val="24"/>
          <w:szCs w:val="24"/>
        </w:rPr>
        <w:t>- Valid passport required for entry into Canada.</w:t>
      </w:r>
    </w:p>
    <w:p w14:paraId="56393628" w14:textId="77777777" w:rsidR="008263CA" w:rsidRPr="00D27F8A" w:rsidRDefault="00793E92" w:rsidP="00CA1442">
      <w:pPr>
        <w:spacing w:after="0"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D27F8A">
        <w:rPr>
          <w:rFonts w:asciiTheme="majorHAnsi" w:hAnsiTheme="majorHAnsi" w:cstheme="majorHAnsi"/>
          <w:color w:val="C00000"/>
          <w:sz w:val="24"/>
          <w:szCs w:val="24"/>
        </w:rPr>
        <w:t>- Travel insurance is strongly recommended.</w:t>
      </w:r>
    </w:p>
    <w:p w14:paraId="7404CE47" w14:textId="757060E3" w:rsidR="00C443BB" w:rsidRPr="00D27F8A" w:rsidRDefault="002274AB" w:rsidP="00C443BB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D27F8A">
        <w:rPr>
          <w:rFonts w:asciiTheme="majorHAnsi" w:hAnsiTheme="majorHAnsi" w:cstheme="majorHAnsi"/>
          <w:b/>
          <w:bCs/>
          <w:sz w:val="24"/>
          <w:szCs w:val="24"/>
        </w:rPr>
        <w:t>- Not</w:t>
      </w:r>
      <w:r w:rsidR="00C443BB" w:rsidRPr="00D27F8A">
        <w:rPr>
          <w:rFonts w:asciiTheme="majorHAnsi" w:hAnsiTheme="majorHAnsi" w:cstheme="majorHAnsi"/>
          <w:b/>
          <w:bCs/>
          <w:sz w:val="24"/>
          <w:szCs w:val="24"/>
        </w:rPr>
        <w:t xml:space="preserve"> Included</w:t>
      </w:r>
      <w:r w:rsidR="001A0A48" w:rsidRPr="00D27F8A">
        <w:rPr>
          <w:rFonts w:asciiTheme="majorHAnsi" w:hAnsiTheme="majorHAnsi" w:cstheme="majorHAnsi"/>
          <w:b/>
          <w:bCs/>
          <w:sz w:val="24"/>
          <w:szCs w:val="24"/>
        </w:rPr>
        <w:t>: Gratuity</w:t>
      </w:r>
      <w:r w:rsidR="00C443BB" w:rsidRPr="00D27F8A">
        <w:rPr>
          <w:rFonts w:asciiTheme="majorHAnsi" w:hAnsiTheme="majorHAnsi" w:cstheme="majorHAnsi"/>
          <w:b/>
          <w:bCs/>
          <w:sz w:val="24"/>
          <w:szCs w:val="24"/>
        </w:rPr>
        <w:t xml:space="preserve"> Fee to be completed during online preboarding </w:t>
      </w:r>
      <w:r w:rsidR="007D6113" w:rsidRPr="00D27F8A">
        <w:rPr>
          <w:rFonts w:asciiTheme="majorHAnsi" w:hAnsiTheme="majorHAnsi" w:cstheme="majorHAnsi"/>
          <w:b/>
          <w:bCs/>
          <w:sz w:val="24"/>
          <w:szCs w:val="24"/>
        </w:rPr>
        <w:t>check-in</w:t>
      </w:r>
      <w:r w:rsidR="001A0A48" w:rsidRPr="00D27F8A">
        <w:rPr>
          <w:rFonts w:asciiTheme="majorHAnsi" w:hAnsiTheme="majorHAnsi" w:cstheme="majorHAnsi"/>
          <w:b/>
          <w:bCs/>
          <w:sz w:val="24"/>
          <w:szCs w:val="24"/>
        </w:rPr>
        <w:t xml:space="preserve"> and amenity fees.</w:t>
      </w:r>
    </w:p>
    <w:p w14:paraId="45002F21" w14:textId="77777777" w:rsidR="00C443BB" w:rsidRDefault="00C443BB" w:rsidP="00C53550">
      <w:pPr>
        <w:pStyle w:val="Heading2"/>
        <w:rPr>
          <w:rFonts w:cstheme="majorHAnsi"/>
          <w:color w:val="C00000"/>
          <w:sz w:val="36"/>
          <w:szCs w:val="36"/>
        </w:rPr>
      </w:pPr>
    </w:p>
    <w:p w14:paraId="0B2AC16B" w14:textId="6BF7EB02" w:rsidR="00C53550" w:rsidRPr="007D6113" w:rsidRDefault="00C53550" w:rsidP="00C53550">
      <w:pPr>
        <w:pStyle w:val="Heading2"/>
        <w:rPr>
          <w:rFonts w:cstheme="majorHAnsi"/>
          <w:b w:val="0"/>
          <w:bCs w:val="0"/>
          <w:color w:val="C00000"/>
          <w:sz w:val="24"/>
          <w:szCs w:val="24"/>
        </w:rPr>
      </w:pPr>
      <w:r w:rsidRPr="00C443BB">
        <w:rPr>
          <w:rFonts w:cstheme="majorHAnsi"/>
          <w:color w:val="C00000"/>
          <w:sz w:val="36"/>
          <w:szCs w:val="36"/>
        </w:rPr>
        <w:t xml:space="preserve">Trip Cancellation Protection </w:t>
      </w:r>
      <w:r w:rsidR="007D6113">
        <w:rPr>
          <w:rFonts w:cstheme="majorHAnsi"/>
          <w:color w:val="C00000"/>
          <w:sz w:val="36"/>
          <w:szCs w:val="36"/>
        </w:rPr>
        <w:t>–</w:t>
      </w:r>
      <w:r w:rsidRPr="00C443BB">
        <w:rPr>
          <w:rFonts w:cstheme="majorHAnsi"/>
          <w:color w:val="C00000"/>
          <w:sz w:val="36"/>
          <w:szCs w:val="36"/>
        </w:rPr>
        <w:t xml:space="preserve"> </w:t>
      </w:r>
      <w:r w:rsidR="007D6113" w:rsidRPr="007D6113">
        <w:rPr>
          <w:rFonts w:cstheme="majorHAnsi"/>
          <w:b w:val="0"/>
          <w:bCs w:val="0"/>
          <w:color w:val="C00000"/>
          <w:sz w:val="24"/>
          <w:szCs w:val="24"/>
        </w:rPr>
        <w:t>(</w:t>
      </w:r>
      <w:r w:rsidRPr="007D6113">
        <w:rPr>
          <w:rFonts w:cstheme="majorHAnsi"/>
          <w:b w:val="0"/>
          <w:bCs w:val="0"/>
          <w:i/>
          <w:iCs/>
          <w:color w:val="C00000"/>
          <w:sz w:val="24"/>
          <w:szCs w:val="24"/>
        </w:rPr>
        <w:t>see attached</w:t>
      </w:r>
      <w:r w:rsidR="007D6113" w:rsidRPr="007D6113">
        <w:rPr>
          <w:rFonts w:cstheme="majorHAnsi"/>
          <w:b w:val="0"/>
          <w:bCs w:val="0"/>
          <w:color w:val="C00000"/>
          <w:sz w:val="24"/>
          <w:szCs w:val="24"/>
        </w:rPr>
        <w:t>)</w:t>
      </w:r>
    </w:p>
    <w:p w14:paraId="024ADE4C" w14:textId="77777777" w:rsidR="00C53550" w:rsidRPr="008263CA" w:rsidRDefault="00C53550" w:rsidP="00C53550">
      <w:pPr>
        <w:rPr>
          <w:rFonts w:asciiTheme="majorHAnsi" w:hAnsiTheme="majorHAnsi" w:cstheme="majorHAnsi"/>
        </w:rPr>
      </w:pPr>
      <w:r w:rsidRPr="008263CA">
        <w:rPr>
          <w:rFonts w:ascii="Segoe UI Emoji" w:hAnsi="Segoe UI Emoji" w:cs="Segoe UI Emoji"/>
        </w:rPr>
        <w:t>🛡️</w:t>
      </w:r>
      <w:r w:rsidRPr="008263CA">
        <w:rPr>
          <w:rFonts w:asciiTheme="majorHAnsi" w:hAnsiTheme="majorHAnsi" w:cstheme="majorHAnsi"/>
        </w:rPr>
        <w:t xml:space="preserve"> Cancellation protection is encouraged for medical emergencies. The Enhanced option must be paid within 14 days from the day the first deposit is made. An additional Enhanced upgrade – Cancel </w:t>
      </w:r>
      <w:proofErr w:type="gramStart"/>
      <w:r w:rsidRPr="008263CA">
        <w:rPr>
          <w:rFonts w:asciiTheme="majorHAnsi" w:hAnsiTheme="majorHAnsi" w:cstheme="majorHAnsi"/>
        </w:rPr>
        <w:t>For</w:t>
      </w:r>
      <w:proofErr w:type="gramEnd"/>
      <w:r w:rsidRPr="008263CA">
        <w:rPr>
          <w:rFonts w:asciiTheme="majorHAnsi" w:hAnsiTheme="majorHAnsi" w:cstheme="majorHAnsi"/>
        </w:rPr>
        <w:t xml:space="preserve"> Any Reason – is also available. Cancellations must be made no later than 48 hours prior to scheduled departure. Conditions, limitations, and exclusions apply. These plans are only valid for trips booked through Bove/White Star Tours. </w:t>
      </w:r>
    </w:p>
    <w:p w14:paraId="0D3EB479" w14:textId="77777777" w:rsidR="00C53550" w:rsidRPr="008263CA" w:rsidRDefault="00C53550" w:rsidP="00C53550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63CA">
        <w:rPr>
          <w:rFonts w:asciiTheme="majorHAnsi" w:hAnsiTheme="majorHAnsi" w:cstheme="majorHAnsi"/>
          <w:b/>
          <w:bCs/>
          <w:sz w:val="28"/>
          <w:szCs w:val="28"/>
        </w:rPr>
        <w:t xml:space="preserve">Purchase online at https://nta.aontravelprotect.com </w:t>
      </w:r>
    </w:p>
    <w:p w14:paraId="399E358A" w14:textId="77777777" w:rsidR="00C53550" w:rsidRPr="008263CA" w:rsidRDefault="00C53550" w:rsidP="00C53550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63CA">
        <w:rPr>
          <w:rFonts w:asciiTheme="majorHAnsi" w:hAnsiTheme="majorHAnsi" w:cstheme="majorHAnsi"/>
          <w:b/>
          <w:bCs/>
          <w:sz w:val="28"/>
          <w:szCs w:val="28"/>
        </w:rPr>
        <w:t>or call 1-800-388-1470</w:t>
      </w:r>
    </w:p>
    <w:p w14:paraId="0578C6B8" w14:textId="77777777" w:rsidR="00C53550" w:rsidRDefault="00C53550" w:rsidP="00C53550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63CA">
        <w:rPr>
          <w:rFonts w:asciiTheme="majorHAnsi" w:hAnsiTheme="majorHAnsi" w:cstheme="majorHAnsi"/>
          <w:b/>
          <w:bCs/>
          <w:sz w:val="28"/>
          <w:szCs w:val="28"/>
        </w:rPr>
        <w:t>Use Tour Operator Location #386097</w:t>
      </w:r>
    </w:p>
    <w:p w14:paraId="79A7898C" w14:textId="77777777" w:rsidR="00B31D66" w:rsidRDefault="00B31D66" w:rsidP="00C53550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007F260" w14:textId="77777777" w:rsidR="00B31D66" w:rsidRDefault="00B31D66" w:rsidP="00B31D66">
      <w:pPr>
        <w:spacing w:after="0" w:line="240" w:lineRule="auto"/>
        <w:rPr>
          <w:rFonts w:asciiTheme="majorHAnsi" w:hAnsiTheme="majorHAnsi" w:cstheme="majorHAnsi"/>
          <w:i/>
          <w:iCs/>
          <w:sz w:val="24"/>
          <w:szCs w:val="24"/>
        </w:rPr>
      </w:pPr>
    </w:p>
    <w:p w14:paraId="0FD9987C" w14:textId="77777777" w:rsidR="002274AB" w:rsidRDefault="002274AB" w:rsidP="00C53550">
      <w:pPr>
        <w:spacing w:after="0" w:line="240" w:lineRule="auto"/>
        <w:rPr>
          <w:rFonts w:asciiTheme="majorHAnsi" w:hAnsiTheme="majorHAnsi" w:cstheme="majorHAnsi"/>
          <w:i/>
          <w:iCs/>
          <w:color w:val="632423" w:themeColor="accent2" w:themeShade="80"/>
        </w:rPr>
      </w:pPr>
    </w:p>
    <w:p w14:paraId="58A55878" w14:textId="29BB7788" w:rsidR="00B31D66" w:rsidRPr="00CA1442" w:rsidRDefault="00B31D66" w:rsidP="002274AB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632423" w:themeColor="accent2" w:themeShade="80"/>
        </w:rPr>
      </w:pPr>
      <w:r w:rsidRPr="00CA1442">
        <w:rPr>
          <w:rFonts w:asciiTheme="majorHAnsi" w:hAnsiTheme="majorHAnsi" w:cstheme="majorHAnsi"/>
          <w:i/>
          <w:iCs/>
          <w:color w:val="632423" w:themeColor="accent2" w:themeShade="80"/>
        </w:rPr>
        <w:t xml:space="preserve">Tour Company - WHITE STAR TOURS   26 E. Lancaster Avenue, Reading, PA </w:t>
      </w:r>
      <w:proofErr w:type="gramStart"/>
      <w:r w:rsidRPr="00CA1442">
        <w:rPr>
          <w:rFonts w:asciiTheme="majorHAnsi" w:hAnsiTheme="majorHAnsi" w:cstheme="majorHAnsi"/>
          <w:i/>
          <w:iCs/>
          <w:color w:val="632423" w:themeColor="accent2" w:themeShade="80"/>
        </w:rPr>
        <w:t>19607  (</w:t>
      </w:r>
      <w:proofErr w:type="gramEnd"/>
      <w:r w:rsidRPr="00CA1442">
        <w:rPr>
          <w:rFonts w:asciiTheme="majorHAnsi" w:hAnsiTheme="majorHAnsi" w:cstheme="majorHAnsi"/>
          <w:i/>
          <w:iCs/>
          <w:color w:val="632423" w:themeColor="accent2" w:themeShade="80"/>
        </w:rPr>
        <w:t>800) 437-2323</w:t>
      </w:r>
    </w:p>
    <w:sectPr w:rsidR="00B31D66" w:rsidRPr="00CA1442" w:rsidSect="00793E92">
      <w:pgSz w:w="12240" w:h="15840"/>
      <w:pgMar w:top="864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8624801">
    <w:abstractNumId w:val="8"/>
  </w:num>
  <w:num w:numId="2" w16cid:durableId="823352994">
    <w:abstractNumId w:val="6"/>
  </w:num>
  <w:num w:numId="3" w16cid:durableId="1880391006">
    <w:abstractNumId w:val="5"/>
  </w:num>
  <w:num w:numId="4" w16cid:durableId="622152441">
    <w:abstractNumId w:val="4"/>
  </w:num>
  <w:num w:numId="5" w16cid:durableId="612713109">
    <w:abstractNumId w:val="7"/>
  </w:num>
  <w:num w:numId="6" w16cid:durableId="913663456">
    <w:abstractNumId w:val="3"/>
  </w:num>
  <w:num w:numId="7" w16cid:durableId="1853032131">
    <w:abstractNumId w:val="2"/>
  </w:num>
  <w:num w:numId="8" w16cid:durableId="1187331515">
    <w:abstractNumId w:val="1"/>
  </w:num>
  <w:num w:numId="9" w16cid:durableId="124977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483"/>
    <w:rsid w:val="00034616"/>
    <w:rsid w:val="0006063C"/>
    <w:rsid w:val="000675A5"/>
    <w:rsid w:val="000C66BA"/>
    <w:rsid w:val="0015074B"/>
    <w:rsid w:val="00154794"/>
    <w:rsid w:val="001A0A48"/>
    <w:rsid w:val="002274AB"/>
    <w:rsid w:val="0029639D"/>
    <w:rsid w:val="00326F90"/>
    <w:rsid w:val="0036241C"/>
    <w:rsid w:val="0075263B"/>
    <w:rsid w:val="00793E92"/>
    <w:rsid w:val="007B2BCE"/>
    <w:rsid w:val="007D6113"/>
    <w:rsid w:val="0080166F"/>
    <w:rsid w:val="00811C73"/>
    <w:rsid w:val="008263CA"/>
    <w:rsid w:val="00922E07"/>
    <w:rsid w:val="00964D8D"/>
    <w:rsid w:val="00993BEE"/>
    <w:rsid w:val="00AA1D8D"/>
    <w:rsid w:val="00B31A07"/>
    <w:rsid w:val="00B31D66"/>
    <w:rsid w:val="00B47730"/>
    <w:rsid w:val="00BB7425"/>
    <w:rsid w:val="00C00E0C"/>
    <w:rsid w:val="00C443BB"/>
    <w:rsid w:val="00C53550"/>
    <w:rsid w:val="00CA1442"/>
    <w:rsid w:val="00CB0664"/>
    <w:rsid w:val="00D14F6A"/>
    <w:rsid w:val="00D27F8A"/>
    <w:rsid w:val="00D61A73"/>
    <w:rsid w:val="00D7775D"/>
    <w:rsid w:val="00EC6278"/>
    <w:rsid w:val="00EE2A9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4C9015"/>
  <w14:defaultImageDpi w14:val="300"/>
  <w15:docId w15:val="{F3A49972-C959-49D6-AD23-CDB7B4C3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93E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Alphonse Bove</cp:lastModifiedBy>
  <cp:revision>10</cp:revision>
  <cp:lastPrinted>2025-09-21T01:03:00Z</cp:lastPrinted>
  <dcterms:created xsi:type="dcterms:W3CDTF">2025-09-24T19:04:00Z</dcterms:created>
  <dcterms:modified xsi:type="dcterms:W3CDTF">2025-09-24T21:57:00Z</dcterms:modified>
  <cp:category/>
</cp:coreProperties>
</file>